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מסעות ענק - נדידות גדולות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מספרי ועובדתי בטקסט מידעי ובגרף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להסיק מסקנות על סיבות ותוצאות בתהליכי נדידה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פסקת טיעון מבוססת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קוראים גרף וטקסט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שחפית הקוטב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בערך פי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אף פרפר לא עובר את כל המרחק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כי מעל היבשה יש זרמי אוויר חם שעוזרים להן לדאות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על גוף בעל 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כ-1.3 מיליון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שהן נעזרות בזרמי אוויר מעל יבשה ונמנעות מים רחב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כתוב שיש חוקרים שחולקים על המספר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כתוב שבזמן הלידה וההנקה הם כמעט אינם אוכלים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1,000 ק"מ הוא המספר הנמוך ביותר בגרף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בטקסט על שיאנים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כתוב בפסקה על ישראל כצוואר בקבוק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עונתי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יבשתי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ללדת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מגנטי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מקסיקו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אקלים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בעל החיים למסע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(עפה בין הקטבים, עד כ-70,000 ק"מ בשנה)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(נע במעגל שנתי בין טנזניה לקניה בעקבות הגשם)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(שוחה אלפי ק"מ ממים קרים למים טרופיים כדי ללדת)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(עף למקסיקו, והחזרה נמשכת כמה דורות)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(נעזרות בזרמי אוויר חם מעל 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הסדר - שנה בחיי לווייתן גדול־סנפיר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בקיץ אוכל הרבה במים הקרים ליד הקטבים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אוגר שומן בגוף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שוחה אלפי קילומטרים אל מים חמים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יולד ומניק כמעט בלי לאכול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שוחה חזרה אל המים הקרים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יהיה להם איפה לנוח ולאכול באמצע המסע הארוך, וזה מסכן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להראות שהמספר הוא הערכה ולא עובדה ודאית; אפשר לספור בעזרת מכ"מ, צילום או ספירה בנקודות תצפית קבועות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שחפית הקוטב, כ-70,000 ק"מ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זרמי אוויר חם שעוזרים להן לדאות בלי לבזבז הרבה אנרגיה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הנודדים לא ימצאו איפה לנוח ולהתחדש באמצע המסע הארוך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הגרף על הלוח ולתרגל קריאת נתונים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שאלות הטיעון מתאימות לעבודה בזוגות לפני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חנ"מ מומלץ להתמקד בחלקי המילוי וההתאמה ולדלג על סעיפי 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מסעות ענק - נדידות גדולות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בעלי חיים רבים נודדים מרחקים עצומים כל שנה בעקבות מזון, מקום בטוח ללדת או מפלט מהקור. בדף הזה נתרגל קריאת מידע מהטקסט ומהגרף, הסקת מסקנות וכתיבת טיעון.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קוראים גרף וטקסט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עובר את המרחק הארוך ביותר בשנה, לפי הגרף?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לווייתן גדול־סנפיר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שחפית הקוטב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פרפר המונרך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בערך פי כמה ארוך המסע של שחפית הקוטב מהמסע של הלווייתן?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בערך פי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 70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ליד הפרפרים כתוב 'כמה דורות'?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הם עפים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אף פרפר לא עובר את כל המרחק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הם זקנים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הם עפים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לפי פסקה 2, למה ציפורים גדולות מעדיפות לעוף מעל יבשה?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מעל היבשה יש זרמי אוויר חם שעוזרים להן לדאות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הן מפחדות ממים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ביבשה יש יותר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הים רועש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חוקרים מצמידים משדרים זעירים כדי ללמוד על בעלי חיים נודדים?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בכלובים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גוף בעל החיים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מהחלל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בתוך המים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בערך גנו נעים במעגל השנתי במזרח אפריקה,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כ-1.3 מיליון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כ-500 מיליון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כ-70 אלף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כ-8 אלף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ציפורים גדולות נמנעות מלחצות ים רחב.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החוקרים מסכימים שבדיוק 500 מיליון ציפורים עוברות בישראל.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לווייתנים אוכלים הרבה בזמן הלידה וההנקה.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הגרף, הגנו עובר את המרחק הקצר ביותר מבין החמישה.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שחפית הקוטב עפה בין הקוטב הצפוני לקוטב הדרומי.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עגורים חורפים בעמק החולה בישראל.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נדידה היא מסע __________ קבוע, בדרך כלל הלוך וחזור.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ישראל היא גשר __________ צר בין שלוש יבשות.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לווייתני גדול־סנפיר שוחים לאזורים טרופיים כדי __________ ולהניק.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בעלי חיים נודדים מנווטים בעזרת השמש, הכוכבים והשדה ה__________ של כדור הארץ.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פרפרי מונרך עפים עד כ-4,800 ק"מ אל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והבנייה במקומות המנוחה מאיימים על חלק מהנודדים.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בעל החיים למסע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שחפית הקוטב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שוחה אלפי ק"מ ממים קרים למים טרופיים כדי ללדת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עפה בין הקטבים, עד כ-70,000 ק"מ בשנה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לווייתן גדול־סנפיר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נע במעגל שנתי בין טנזניה לקניה בעקבות 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פרפר מונרך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נעזרות בזרמי אוויר חם מעל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חסידות ועופות דורסים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עף למקסיקו, והחזרה נמשכת כמה דורות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הסדר - שנה בחיי לווייתן גדול־סנפיר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שוחה חזרה אל המים הקרים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יולד ומניק כמעט בלי לאכול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בקיץ אוכל הרבה במים הקרים ליד הקטבים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שוחה אלפי קילומטרים אל מים חמים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אוגר שומן בגוף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עלול לקרות לבעלי חיים נודדים אם יבנו על מקומות המנוחה שלהם?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למה, לדעתכם, הכותב/ת ציין/ה שיש חוקרים שחולקים על מספר הציפורים? הציעו דרך אחת למדוד או להעריך כמות ציפורים בשמיים.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עף הכי רחוק בשנה לפי הגרף?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ציפורים גדולות מעדיפות לעוף מעל יבשה ולא מעל 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הסכנה שבה בנייה במקומות מנוחה לנודדים?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מסעות ענק - נדידות גדולות בטבע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