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מספרי ועובדתי בטקסט מידעי ובגרף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על סיבות ותוצאות בתהליכי נדידה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מבוססת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גרף וטקסט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שחפית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בערך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אף פרפר לא עובר את כל המרחק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מעל היבשה יש זרמי אוויר חם שעוזרים להן לדאות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 גוף בעל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כ-1.3 מיליון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שהן נעזרות בזרמי אוויר מעל יבשה ונמנעות מים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שיש חוקרים שחולקים על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שבזמן הלידה וההנקה הם כמעט אינם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1,000 ק"מ הוא המספר הנמוך ביותר בגרף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על שיאנים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בפסקה על ישראל כצוואר בקבוק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מקסיקו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בעל החיים למסע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(עפה בין הקטבים, עד כ-70,000 ק"מ בשנה)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(נע במעגל שנתי בין טנזניה לקניה בעקבות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(שוחה אלפי ק"מ ממים קרים למים טרופיים כדי ללדת)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(עף למקסיקו, והחזרה נמשכת כמה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(נעזרות בזרמי אוויר חם מעל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- שנה בחיי לווייתן גדול־סנפיר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אוכל הרבה במים הקרים ליד הקטבים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אוגר שומן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שוחה אלפי קילומטרים אל מים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יולד ומניק כמעט בלי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שוחה חזרה אל המים הקרים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יהיה להם איפה לנוח ולאכול באמצע המסע הארוך, וזה מסכן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להראות שהמספר הוא הערכה ולא עובדה ודאית; אפשר לספור בעזרת מכ"מ, צילום או ספירה בנקודות תצפית קבועות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שחפית הקוטב, כ-70,000 ק"מ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זרמי אוויר חם שעוזרים להן לדאות בלי לבזבז הרבה 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הנודדים לא ימצאו איפה לנוח ולהתחדש באמצע המסע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הגרף על הלוח ולתרגל קריאת נתונים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שאלות הטיעון מתאימות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להתמקד בחלקי המילוי וההתאמה ולדלג על סעיפי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מסעות ענק - נדידות גדולות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בעלי חיים הולכים מסע ארוך כל שנה. הם מחפשים אוכל, מקום חם או מקום בטוח. בדף הזה נקרא ונבין את הסיפור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עונתי קבוע של בעלי חיים, הלוך וחזור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קורה כל שנה באותו זמן בערך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צוואר בקבוק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צר שדרכו עוברים הרבה בעלי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זרם אוויר 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חמה שעולה מהקרקע ועוזרת לציפורים לדאות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מוגן מהקור או מסכנה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משוער, לא מדויק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מצפן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של בעל חיים למצוא כיוון בעזרת השמש, הכוכבים או השדה המגנטי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צאצאים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הגורים או הילדים של בעל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גרף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עף הכי רחוק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לווייתן גדול־סנפיר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שחפית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 המונרך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יותר ארוך המסע של השחפית?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כתוב שכמה דורות של פרפרים עושים את המסע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עפים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אף פרפר לא עובר את כל המרחק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עפים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הציפורים עפות מעל האדמה ולא מעל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מעל היבשה יש זרמי אוויר חם שעוזרים להן לדאות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מפחדות 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ביבשה יש יותר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הים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חוקרים עוקבים אחרי בעלי חיים נודדים?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בכלובים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גוף בעל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מהחלל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המים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גנו נעים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כ-1.3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כ-500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כ-70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כ-8 אלף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נמנעות מלחצות ים רחב.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שבדיוק 500 מיליון ציפורים עוברות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לווייתנים אוכלים הרבה בזמן הלידה וההנקה.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הגרף, הגנו עובר את המרחק הקצר ביותר מבין החמישה.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שחפית הקוטב עפה בין הקוטב הצפוני לקוטב הדרומי.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חורפים בעמק החולה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נדידה היא מסע __________ קבוע, בדרך כלל הלוך וחזור.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היא גשר __________ צר בין שלוש יבשות.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לווייתני גדול־סנפיר שוחים לאזורים טרופיים כדי __________ ולהניק.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בעלי חיים נודדים מנווטים בעזרת השמש, הכוכבים והשדה ה__________ של 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פרפרי מונרך עפים עד כ-4,800 ק"מ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והבנייה במקומות המנוחה מאיימים על חלק מהנודדים.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בעל החיים למסע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שחפית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נעזרות בזרמי אוויר חם מעל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עפה בין הקטבים, עד כ-70,000 ק"מ בשנה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לווייתן גדול־סנפיר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עף למקסיקו, והחזרה נמשכת כמה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 מונרך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שוחה אלפי ק"מ ממים קרים למים טרופיים כדי ללדת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חסידות ועופות דורסים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נע במעגל שנתי בין טנזניה לקניה בעקבות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- שנה בחיי לווייתן גדול־סנפיר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יולד ומניק כמעט בלי 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אוכל הרבה במים הקרים ליד הקטבים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שוחה חזרה אל המים הקרים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אוגר שומן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שוחה אלפי קילומטרים אל מים חמים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עלול לקרות לבעלי חיים נודדים אם יבנו על מקומות המנוחה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הכותב/ת ציין/ה שיש חוקרים שחולקים על מספר הציפורים? הציעו דרך אחת למדוד או להעריך כמות ציפורים בשמיים.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עף הכי רחוק בשנה לפי הגרף?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ציפורים גדולות מעדיפות לעוף מעל יבשה ולא מעל 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הסכנה שבה בנייה במקומות מנוחה לנודדים?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מסעות ענק - נדידות גדולות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