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גדולות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מספרי ועובדתי בטקסט מידעי ובגרף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על סיבות ותוצאות בתהליכי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מבוססת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גרף וטקסט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שחפית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אף פרפר לא עובר את כל המרחק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מעל היבשה יש זרמי אוויר חם שעוזרים להן לדאות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שהן נעזרות בזרמי אוויר מעל יבשה ונמנעות מים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שיש חוקרים שחולקים על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שבזמן הלידה וההנקה הם כמעט אינם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בעל החיים למסע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(עפה בין הקטבים, עד כ-70,000 ק"מ בשנה)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(נע במעגל שנתי בין טנזניה לקניה בעקבות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(שוחה אלפי ק"מ ממים קרים למים טרופיים כדי ללדת)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(עף למקסיקו, והחזרה נמשכת כמה דורות)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- שנה בחיי לווייתן גדול־סנפיר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בקיץ אוכל הרבה במים הקרים ליד הקטבים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אוגר שומן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שוחה אלפי קילומטרים אל מים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יולד ומניק כמעט בלי לאכול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יהיה להם איפה לנוח ולאכול באמצע המסע הארוך, וזה מסכן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שחפית הקוטב, כ-70,000 ק"מ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זרמי אוויר חם שעוזרים להן לדאות בלי לבזבז הרבה אנרגיה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הנודדים לא ימצאו איפה לנוח ולהתחדש באמצע המסע הארוך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הגרף על הלוח ולתרגל קריאת נתונים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שאלות הטיעון מתאימות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מומלץ להתמקד בחלקי המילוי וההתאמה ולדלג על סעיפי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גדולות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בעלי חיים רבים נודדים מרחקים עצומים כל שנה בעקבות מזון, מקום בטוח ללדת או מפלט מהקור. בדף הזה נתרגל קריאת מידע מהטקסט ומהגרף, הסקת מסקנות וכתיבת 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ללדת  ·  יבשתי  ·  עונתי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גרף וטקסט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עובר את המרחק הארוך ביותר בשנה, לפי הגרף?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לווייתן גדול־סנפיר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שחפית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ליד הפרפרים כתוב 'כמה דורות'?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הם עפים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אף פרפר לא עובר את כל המרחק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הם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פסקה 2, למה ציפורים גדולות מעדיפות לעוף מעל 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מעל היבשה יש זרמי אוויר חם שעוזרים להן לדאות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הן מפחדות ממים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ביבשה יש יותר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ציפורים גדולות נמנעות מלחצות ים רחב.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החוקרים מסכימים שבדיוק 500 מיליון ציפורים עוברות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לווייתנים אוכלים הרבה בזמן הלידה וההנקה.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נדידה היא מסע __________ קבוע, בדרך כלל הלוך וחזור.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 היא גשר __________ צר בין שלוש יבשות.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לווייתני גדול־סנפיר שוחים לאזורים טרופיים כדי __________ ולהניק.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בעל החיים למסע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שחפית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נע במעגל שנתי בין טנזניה לקניה בעקבות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עף למקסיקו, והחזרה נמשכת כמה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לווייתן גדול־סנפיר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עפה בין הקטבים, עד כ-70,000 ק"מ בשנה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פרפר מונרך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שוחה אלפי ק"מ ממים קרים למים טרופיים כדי ללדת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הסדר - שנה בחיי לווייתן גדול־סנפיר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יולד ומניק כמעט בלי לאכול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בקיץ אוכל הרבה במים הקרים ליד הקטבים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אוגר שומן בגוף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שוחה אלפי קילומטרים אל מים חמים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עלול לקרות לבעלי חיים נודדים אם יבנו על מקומות המנוחה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עף הכי רחוק בשנה לפי הגרף?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ציפורים גדולות מעדיפות לעוף מעל יבשה ולא מעל 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נדידות גדולות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